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5C417" w14:textId="77777777" w:rsidR="004B5EB7" w:rsidRDefault="004B5EB7" w:rsidP="004B5EB7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 wp14:anchorId="51B41D21" wp14:editId="0840F342">
            <wp:extent cx="3688080" cy="630973"/>
            <wp:effectExtent l="0" t="0" r="0" b="0"/>
            <wp:docPr id="8400156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983" cy="639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ECD64" w14:textId="3EC0EB0A" w:rsidR="002E3F99" w:rsidRDefault="00E9569D" w:rsidP="004B5EB7">
      <w:pPr>
        <w:jc w:val="center"/>
        <w:rPr>
          <w:b/>
          <w:sz w:val="32"/>
        </w:rPr>
      </w:pPr>
      <w:r>
        <w:rPr>
          <w:b/>
          <w:sz w:val="32"/>
        </w:rPr>
        <w:t>PROCURATION</w:t>
      </w:r>
    </w:p>
    <w:p w14:paraId="316CD5EF" w14:textId="77777777" w:rsidR="004B5EB7" w:rsidRPr="004B5EB7" w:rsidRDefault="004B5EB7" w:rsidP="004B5EB7">
      <w:pPr>
        <w:jc w:val="center"/>
        <w:rPr>
          <w:sz w:val="2"/>
          <w:szCs w:val="4"/>
        </w:rPr>
      </w:pPr>
    </w:p>
    <w:p w14:paraId="78EA6A10" w14:textId="77777777" w:rsidR="002E3F99" w:rsidRDefault="00E9569D">
      <w:r>
        <w:rPr>
          <w:b/>
        </w:rPr>
        <w:t>Opération « Ma Commune, Mes Commerces » – 2026</w:t>
      </w:r>
    </w:p>
    <w:p w14:paraId="53F3E7DD" w14:textId="77777777" w:rsidR="002E3F99" w:rsidRDefault="00E9569D">
      <w:r>
        <w:t>Je soussigné(e), bénéficiaire des chèques commerces attribués dans le cadre de l’opération « Ma Commune, Mes Commerces », autorise la personne désignée ci-dessous à les retirer en mon nom à la mairie de Saint-Quentin-Fallavier.</w:t>
      </w:r>
    </w:p>
    <w:p w14:paraId="100C524A" w14:textId="77777777" w:rsidR="004B5EB7" w:rsidRDefault="004B5EB7">
      <w:pPr>
        <w:rPr>
          <w:b/>
        </w:rPr>
      </w:pPr>
    </w:p>
    <w:p w14:paraId="4F12F375" w14:textId="447D254A" w:rsidR="002E3F99" w:rsidRDefault="00E9569D">
      <w:r>
        <w:rPr>
          <w:b/>
        </w:rPr>
        <w:t>1. Personne donnant procuration (bénéficiaire)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721"/>
        <w:gridCol w:w="5467"/>
      </w:tblGrid>
      <w:tr w:rsidR="002E3F99" w14:paraId="2558F76E" w14:textId="77777777" w:rsidTr="004B5EB7">
        <w:trPr>
          <w:trHeight w:val="840"/>
          <w:jc w:val="center"/>
        </w:trPr>
        <w:tc>
          <w:tcPr>
            <w:tcW w:w="4986" w:type="dxa"/>
            <w:vAlign w:val="center"/>
          </w:tcPr>
          <w:p w14:paraId="2512B81B" w14:textId="5327D7F7" w:rsidR="002E3F99" w:rsidRDefault="00E9569D">
            <w:r>
              <w:t xml:space="preserve">Nom et </w:t>
            </w:r>
            <w:proofErr w:type="spellStart"/>
            <w:r w:rsidR="004B5EB7">
              <w:t>prénom</w:t>
            </w:r>
            <w:proofErr w:type="spellEnd"/>
            <w:r w:rsidR="004B5EB7">
              <w:t>:</w:t>
            </w:r>
          </w:p>
        </w:tc>
        <w:tc>
          <w:tcPr>
            <w:tcW w:w="4986" w:type="dxa"/>
            <w:vAlign w:val="center"/>
          </w:tcPr>
          <w:p w14:paraId="5A2DAD2A" w14:textId="77777777" w:rsidR="002E3F99" w:rsidRDefault="00E9569D">
            <w:r>
              <w:t>.........................................................................................</w:t>
            </w:r>
          </w:p>
        </w:tc>
      </w:tr>
      <w:tr w:rsidR="002E3F99" w14:paraId="0C80D80C" w14:textId="77777777" w:rsidTr="004B5EB7">
        <w:trPr>
          <w:trHeight w:val="912"/>
          <w:jc w:val="center"/>
        </w:trPr>
        <w:tc>
          <w:tcPr>
            <w:tcW w:w="4986" w:type="dxa"/>
            <w:vAlign w:val="center"/>
          </w:tcPr>
          <w:p w14:paraId="61190243" w14:textId="77777777" w:rsidR="002E3F99" w:rsidRDefault="00E9569D">
            <w:proofErr w:type="spellStart"/>
            <w:proofErr w:type="gramStart"/>
            <w:r>
              <w:t>Adresse</w:t>
            </w:r>
            <w:proofErr w:type="spellEnd"/>
            <w:r>
              <w:t xml:space="preserve"> :</w:t>
            </w:r>
            <w:proofErr w:type="gramEnd"/>
          </w:p>
        </w:tc>
        <w:tc>
          <w:tcPr>
            <w:tcW w:w="4986" w:type="dxa"/>
            <w:vAlign w:val="center"/>
          </w:tcPr>
          <w:p w14:paraId="1778B33D" w14:textId="77777777" w:rsidR="002E3F99" w:rsidRDefault="00E9569D">
            <w:r>
              <w:t>........................................................................................................</w:t>
            </w:r>
          </w:p>
        </w:tc>
      </w:tr>
    </w:tbl>
    <w:p w14:paraId="02C2ABAD" w14:textId="77777777" w:rsidR="004B5EB7" w:rsidRDefault="004B5EB7">
      <w:pPr>
        <w:rPr>
          <w:b/>
        </w:rPr>
      </w:pPr>
    </w:p>
    <w:p w14:paraId="45ECF044" w14:textId="3A950A8E" w:rsidR="002E3F99" w:rsidRDefault="00E9569D">
      <w:r>
        <w:rPr>
          <w:b/>
        </w:rPr>
        <w:t>2. Personne mandatée pour le retrait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721"/>
        <w:gridCol w:w="5467"/>
      </w:tblGrid>
      <w:tr w:rsidR="002E3F99" w14:paraId="55B39E4D" w14:textId="77777777" w:rsidTr="004B5EB7">
        <w:trPr>
          <w:trHeight w:val="911"/>
          <w:jc w:val="center"/>
        </w:trPr>
        <w:tc>
          <w:tcPr>
            <w:tcW w:w="4986" w:type="dxa"/>
            <w:vAlign w:val="center"/>
          </w:tcPr>
          <w:p w14:paraId="2DCA4B7A" w14:textId="5FC93182" w:rsidR="002E3F99" w:rsidRDefault="00E9569D">
            <w:r>
              <w:t xml:space="preserve">Nom et </w:t>
            </w:r>
            <w:proofErr w:type="spellStart"/>
            <w:r>
              <w:t>prénom</w:t>
            </w:r>
            <w:proofErr w:type="spellEnd"/>
            <w:r>
              <w:t>:</w:t>
            </w:r>
          </w:p>
        </w:tc>
        <w:tc>
          <w:tcPr>
            <w:tcW w:w="4986" w:type="dxa"/>
            <w:vAlign w:val="center"/>
          </w:tcPr>
          <w:p w14:paraId="44BE5AF1" w14:textId="77777777" w:rsidR="002E3F99" w:rsidRDefault="00E9569D">
            <w:r>
              <w:t>.........................................................................................</w:t>
            </w:r>
          </w:p>
        </w:tc>
      </w:tr>
      <w:tr w:rsidR="002E3F99" w14:paraId="44534C8B" w14:textId="77777777" w:rsidTr="004B5EB7">
        <w:trPr>
          <w:trHeight w:val="980"/>
          <w:jc w:val="center"/>
        </w:trPr>
        <w:tc>
          <w:tcPr>
            <w:tcW w:w="4986" w:type="dxa"/>
            <w:vAlign w:val="center"/>
          </w:tcPr>
          <w:p w14:paraId="66CCC623" w14:textId="77777777" w:rsidR="002E3F99" w:rsidRDefault="00E9569D">
            <w:proofErr w:type="spellStart"/>
            <w:proofErr w:type="gramStart"/>
            <w:r>
              <w:t>Adresse</w:t>
            </w:r>
            <w:proofErr w:type="spellEnd"/>
            <w:r>
              <w:t xml:space="preserve"> :</w:t>
            </w:r>
            <w:proofErr w:type="gramEnd"/>
          </w:p>
        </w:tc>
        <w:tc>
          <w:tcPr>
            <w:tcW w:w="4986" w:type="dxa"/>
            <w:vAlign w:val="center"/>
          </w:tcPr>
          <w:p w14:paraId="58DA2892" w14:textId="77777777" w:rsidR="002E3F99" w:rsidRDefault="00E9569D">
            <w:r>
              <w:t>........................................................................................................</w:t>
            </w:r>
          </w:p>
        </w:tc>
      </w:tr>
    </w:tbl>
    <w:p w14:paraId="711C44C2" w14:textId="77777777" w:rsidR="004B5EB7" w:rsidRDefault="004B5EB7"/>
    <w:p w14:paraId="4AAC52BA" w14:textId="1FCF5C7F" w:rsidR="002E3F99" w:rsidRDefault="00E9569D">
      <w:r>
        <w:t xml:space="preserve">Cette procuration est </w:t>
      </w:r>
      <w:proofErr w:type="spellStart"/>
      <w:r>
        <w:t>valable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pour le retrait des chèques commerces attribués au bénéficiaire dans le cadre de l’opération « Ma Commune, Mes Commerces » 2026.</w:t>
      </w:r>
    </w:p>
    <w:p w14:paraId="1E5077B0" w14:textId="77777777" w:rsidR="004B5EB7" w:rsidRDefault="004B5EB7"/>
    <w:p w14:paraId="4FEE886E" w14:textId="4CFA8E14" w:rsidR="002E3F99" w:rsidRDefault="00E9569D">
      <w:r>
        <w:t xml:space="preserve">Fait à </w:t>
      </w:r>
      <w:r w:rsidR="004B5EB7">
        <w:t xml:space="preserve">Saint Quentin Fallavier   </w:t>
      </w:r>
      <w:proofErr w:type="gramStart"/>
      <w:r>
        <w:t>Le :</w:t>
      </w:r>
      <w:proofErr w:type="gramEnd"/>
      <w:r>
        <w:t xml:space="preserve"> ........ / ........ / 2026</w:t>
      </w:r>
    </w:p>
    <w:p w14:paraId="470E7D4E" w14:textId="77777777" w:rsidR="004B5EB7" w:rsidRDefault="004B5EB7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2E3F99" w14:paraId="5503D23C" w14:textId="77777777">
        <w:trPr>
          <w:jc w:val="center"/>
        </w:trPr>
        <w:tc>
          <w:tcPr>
            <w:tcW w:w="4986" w:type="dxa"/>
          </w:tcPr>
          <w:p w14:paraId="0CF4BC28" w14:textId="77777777" w:rsidR="002E3F99" w:rsidRDefault="00E9569D">
            <w:r>
              <w:rPr>
                <w:b/>
                <w:sz w:val="17"/>
              </w:rPr>
              <w:t>Signature du bénéficiaire</w:t>
            </w:r>
            <w:r>
              <w:rPr>
                <w:b/>
                <w:sz w:val="17"/>
              </w:rPr>
              <w:br/>
              <w:t>Précédée de la mention « Bon pour procuration »</w:t>
            </w:r>
          </w:p>
        </w:tc>
        <w:tc>
          <w:tcPr>
            <w:tcW w:w="4986" w:type="dxa"/>
          </w:tcPr>
          <w:p w14:paraId="23E2F5FE" w14:textId="77777777" w:rsidR="002E3F99" w:rsidRDefault="00E9569D">
            <w:r>
              <w:rPr>
                <w:b/>
                <w:sz w:val="17"/>
              </w:rPr>
              <w:t>Signature de la personne mandatée</w:t>
            </w:r>
            <w:r>
              <w:rPr>
                <w:b/>
                <w:sz w:val="17"/>
              </w:rPr>
              <w:br/>
              <w:t>Précédée de la mention « Bon pour acceptation »</w:t>
            </w:r>
          </w:p>
        </w:tc>
      </w:tr>
      <w:tr w:rsidR="002E3F99" w14:paraId="6CDE77D8" w14:textId="77777777">
        <w:trPr>
          <w:jc w:val="center"/>
        </w:trPr>
        <w:tc>
          <w:tcPr>
            <w:tcW w:w="4986" w:type="dxa"/>
          </w:tcPr>
          <w:p w14:paraId="0EA53426" w14:textId="77777777" w:rsidR="002E3F99" w:rsidRDefault="00E9569D">
            <w:r>
              <w:br/>
            </w:r>
            <w:r>
              <w:br/>
            </w:r>
            <w:r>
              <w:br/>
            </w:r>
          </w:p>
        </w:tc>
        <w:tc>
          <w:tcPr>
            <w:tcW w:w="4986" w:type="dxa"/>
          </w:tcPr>
          <w:p w14:paraId="72CE3BF1" w14:textId="77777777" w:rsidR="002E3F99" w:rsidRDefault="00E9569D">
            <w:r>
              <w:br/>
            </w:r>
            <w:r>
              <w:br/>
            </w:r>
            <w:r>
              <w:br/>
            </w:r>
          </w:p>
        </w:tc>
      </w:tr>
    </w:tbl>
    <w:p w14:paraId="28D46242" w14:textId="77777777" w:rsidR="004B5EB7" w:rsidRDefault="004B5EB7">
      <w:pPr>
        <w:rPr>
          <w:b/>
        </w:rPr>
      </w:pPr>
    </w:p>
    <w:p w14:paraId="2DA89DDE" w14:textId="43297759" w:rsidR="002E3F99" w:rsidRDefault="00E9569D">
      <w:r>
        <w:rPr>
          <w:b/>
        </w:rPr>
        <w:t>PIÈCES À FOURNIR OBLIGATOIREMENT</w:t>
      </w:r>
    </w:p>
    <w:p w14:paraId="38BD25FD" w14:textId="77777777" w:rsidR="002E3F99" w:rsidRDefault="00E9569D">
      <w:r>
        <w:t xml:space="preserve">La procuration doit impérativement être présentée accompagnée des </w:t>
      </w:r>
      <w:r>
        <w:rPr>
          <w:b/>
        </w:rPr>
        <w:t>copies des pièces d’identité des deux personnes</w:t>
      </w:r>
      <w:r>
        <w:t xml:space="preserve"> : celle du bénéficiaire qui donne procuration et celle de la personne mandatée pour retirer les chèques. Sans ces deux copies, les chèques ne pourront pas être remis par procuration.</w:t>
      </w:r>
    </w:p>
    <w:p w14:paraId="4B673AAB" w14:textId="77777777" w:rsidR="002E3F99" w:rsidRDefault="00E9569D">
      <w:r>
        <w:t>La personne mandatée devra également présenter sa pièce d’identité originale lors du retrait.</w:t>
      </w:r>
    </w:p>
    <w:p w14:paraId="52429134" w14:textId="77777777" w:rsidR="002E3F99" w:rsidRDefault="00E9569D">
      <w:r>
        <w:rPr>
          <w:sz w:val="17"/>
        </w:rPr>
        <w:t>Les documents transmis seront utilisés uniquement pour vérifier l’identité des personnes concernées et permettre le retrait des chèques dans le cadre de cette opération.</w:t>
      </w:r>
    </w:p>
    <w:sectPr w:rsidR="002E3F99" w:rsidSect="004B5EB7">
      <w:pgSz w:w="12240" w:h="15840"/>
      <w:pgMar w:top="28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75002">
    <w:abstractNumId w:val="8"/>
  </w:num>
  <w:num w:numId="2" w16cid:durableId="1253124477">
    <w:abstractNumId w:val="6"/>
  </w:num>
  <w:num w:numId="3" w16cid:durableId="1321885883">
    <w:abstractNumId w:val="5"/>
  </w:num>
  <w:num w:numId="4" w16cid:durableId="280766043">
    <w:abstractNumId w:val="4"/>
  </w:num>
  <w:num w:numId="5" w16cid:durableId="725176967">
    <w:abstractNumId w:val="7"/>
  </w:num>
  <w:num w:numId="6" w16cid:durableId="621425912">
    <w:abstractNumId w:val="3"/>
  </w:num>
  <w:num w:numId="7" w16cid:durableId="146822800">
    <w:abstractNumId w:val="2"/>
  </w:num>
  <w:num w:numId="8" w16cid:durableId="843208056">
    <w:abstractNumId w:val="1"/>
  </w:num>
  <w:num w:numId="9" w16cid:durableId="93652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3F99"/>
    <w:rsid w:val="00326F90"/>
    <w:rsid w:val="004B5EB7"/>
    <w:rsid w:val="00AA1D8D"/>
    <w:rsid w:val="00B47730"/>
    <w:rsid w:val="00CB0664"/>
    <w:rsid w:val="00F82F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1F1DE"/>
  <w14:defaultImageDpi w14:val="300"/>
  <w15:docId w15:val="{52595AC6-363B-4FEF-90A0-519B6EA3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1602</Characters>
  <Application>Microsoft Office Word</Application>
  <DocSecurity>0</DocSecurity>
  <Lines>38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MENDES Humberto</cp:lastModifiedBy>
  <cp:revision>2</cp:revision>
  <cp:lastPrinted>2026-10-21T13:30:00Z</cp:lastPrinted>
  <dcterms:created xsi:type="dcterms:W3CDTF">2013-12-23T23:15:00Z</dcterms:created>
  <dcterms:modified xsi:type="dcterms:W3CDTF">2026-10-21T13:30:00Z</dcterms:modified>
  <cp:category/>
</cp:coreProperties>
</file>